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F15AEC" w14:textId="77777777" w:rsidR="002010A3" w:rsidRDefault="00000000">
      <w:pPr>
        <w:spacing w:before="100" w:after="20"/>
        <w:jc w:val="center"/>
      </w:pPr>
      <w:r>
        <w:rPr>
          <w:rFonts w:eastAsia="Arial"/>
          <w:b/>
          <w:color w:val="00843D"/>
          <w:sz w:val="26"/>
        </w:rPr>
        <w:t>[TIPO DE DOCUMENTO]</w:t>
      </w:r>
    </w:p>
    <w:p w14:paraId="1939FFC1" w14:textId="77777777" w:rsidR="002010A3" w:rsidRDefault="00000000">
      <w:pPr>
        <w:spacing w:after="220"/>
        <w:jc w:val="center"/>
      </w:pPr>
      <w:r>
        <w:rPr>
          <w:rFonts w:eastAsia="Arial"/>
          <w:i/>
          <w:color w:val="666C70"/>
          <w:sz w:val="18"/>
        </w:rPr>
        <w:t>[Número, si aplica]</w:t>
      </w:r>
    </w:p>
    <w:p w14:paraId="611557DE" w14:textId="77777777" w:rsidR="002010A3" w:rsidRDefault="00000000">
      <w:pPr>
        <w:spacing w:after="280"/>
        <w:jc w:val="right"/>
      </w:pPr>
      <w:r>
        <w:rPr>
          <w:rFonts w:eastAsia="Arial"/>
          <w:color w:val="666C70"/>
          <w:sz w:val="20"/>
        </w:rPr>
        <w:t>Villa del Rosario, [fecha]</w:t>
      </w:r>
    </w:p>
    <w:p w14:paraId="0AD8C7CD" w14:textId="06F891D1" w:rsidR="002010A3" w:rsidRPr="005605EF" w:rsidRDefault="00000000">
      <w:pPr>
        <w:spacing w:after="280"/>
        <w:rPr>
          <w:iCs/>
        </w:rPr>
      </w:pPr>
      <w:r w:rsidRPr="005605EF">
        <w:rPr>
          <w:rFonts w:eastAsia="Arial"/>
          <w:iCs/>
          <w:color w:val="666C70"/>
          <w:sz w:val="20"/>
        </w:rPr>
        <w:t xml:space="preserve">[Destinatario o bloque DE / PARA / ASUNTO </w:t>
      </w:r>
    </w:p>
    <w:p w14:paraId="3975C962" w14:textId="77777777" w:rsidR="002010A3" w:rsidRDefault="00000000">
      <w:pPr>
        <w:spacing w:after="180"/>
      </w:pPr>
      <w:r>
        <w:rPr>
          <w:rFonts w:eastAsia="Arial"/>
          <w:color w:val="666C70"/>
        </w:rPr>
        <w:t>[Saludo]</w:t>
      </w:r>
    </w:p>
    <w:p w14:paraId="76BB7A22" w14:textId="77777777" w:rsidR="002010A3" w:rsidRDefault="00000000">
      <w:pPr>
        <w:spacing w:after="180"/>
        <w:jc w:val="both"/>
      </w:pPr>
      <w:r>
        <w:rPr>
          <w:rFonts w:eastAsia="Arial"/>
          <w:color w:val="666C70"/>
        </w:rPr>
        <w:t>[Escriba aquí el contenido. Agregue los párrafos, listas o subtítulos necesarios.]</w:t>
      </w:r>
    </w:p>
    <w:p w14:paraId="7334C814" w14:textId="77777777" w:rsidR="005605EF" w:rsidRDefault="005605EF">
      <w:pPr>
        <w:spacing w:before="240" w:after="440"/>
        <w:rPr>
          <w:rFonts w:eastAsia="Arial"/>
          <w:color w:val="202224"/>
        </w:rPr>
      </w:pPr>
    </w:p>
    <w:p w14:paraId="114959C6" w14:textId="51382D75" w:rsidR="002010A3" w:rsidRDefault="005605EF">
      <w:pPr>
        <w:spacing w:before="240" w:after="440"/>
      </w:pPr>
      <w:r>
        <w:rPr>
          <w:rFonts w:eastAsia="Arial"/>
          <w:color w:val="202224"/>
        </w:rPr>
        <w:t>C</w:t>
      </w:r>
      <w:r w:rsidRPr="005605EF">
        <w:rPr>
          <w:rFonts w:eastAsia="Arial"/>
          <w:color w:val="202224"/>
        </w:rPr>
        <w:t>ordialmente</w:t>
      </w:r>
      <w:r w:rsidR="00000000">
        <w:rPr>
          <w:rFonts w:eastAsia="Arial"/>
          <w:color w:val="202224"/>
        </w:rPr>
        <w:t>,</w:t>
      </w:r>
    </w:p>
    <w:p w14:paraId="4605B84D" w14:textId="77777777" w:rsidR="002010A3" w:rsidRDefault="00000000">
      <w:pPr>
        <w:spacing w:after="0"/>
      </w:pPr>
      <w:r>
        <w:rPr>
          <w:rFonts w:eastAsia="Arial"/>
          <w:b/>
          <w:color w:val="666C70"/>
        </w:rPr>
        <w:t>[Nombre de quien firma]</w:t>
      </w:r>
      <w:r>
        <w:rPr>
          <w:rFonts w:eastAsia="Arial"/>
          <w:b/>
          <w:color w:val="666C70"/>
        </w:rPr>
        <w:br/>
      </w:r>
      <w:r>
        <w:rPr>
          <w:rFonts w:eastAsia="Arial"/>
          <w:color w:val="666C70"/>
          <w:sz w:val="20"/>
        </w:rPr>
        <w:t>[Cargo / área]</w:t>
      </w:r>
    </w:p>
    <w:sectPr w:rsidR="002010A3" w:rsidSect="0085194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098" w:right="1077" w:bottom="1327" w:left="1077" w:header="227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7F2E05" w14:textId="77777777" w:rsidR="009719B2" w:rsidRDefault="009719B2">
      <w:pPr>
        <w:spacing w:after="0" w:line="240" w:lineRule="auto"/>
      </w:pPr>
      <w:r>
        <w:separator/>
      </w:r>
    </w:p>
  </w:endnote>
  <w:endnote w:type="continuationSeparator" w:id="0">
    <w:p w14:paraId="6342BAE6" w14:textId="77777777" w:rsidR="009719B2" w:rsidRDefault="0097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509000000000000"/>
    <w:charset w:val="4D"/>
    <w:family w:val="modern"/>
    <w:pitch w:val="fixed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DC573" w14:textId="77777777" w:rsidR="002010A3" w:rsidRDefault="00000000">
    <w:pPr>
      <w:spacing w:after="0"/>
      <w:jc w:val="right"/>
    </w:pPr>
    <w:r>
      <w:rPr>
        <w:rFonts w:eastAsia="Arial"/>
        <w:color w:val="666C70"/>
        <w:sz w:val="16"/>
      </w:rPr>
      <w:fldChar w:fldCharType="begin"/>
    </w:r>
    <w:r>
      <w:rPr>
        <w:rFonts w:eastAsia="Arial"/>
        <w:color w:val="666C70"/>
        <w:sz w:val="16"/>
      </w:rPr>
      <w:instrText xml:space="preserve"> PAGE </w:instrText>
    </w:r>
    <w:r>
      <w:rPr>
        <w:rFonts w:eastAsia="Arial"/>
        <w:color w:val="666C70"/>
        <w:sz w:val="16"/>
      </w:rPr>
      <w:fldChar w:fldCharType="separate"/>
    </w:r>
    <w:r>
      <w:rPr>
        <w:rFonts w:eastAsia="Arial"/>
        <w:color w:val="666C70"/>
        <w:sz w:val="16"/>
      </w:rPr>
      <w:t>2</w:t>
    </w:r>
    <w:r>
      <w:rPr>
        <w:rFonts w:eastAsia="Arial"/>
        <w:color w:val="666C7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080" w:type="dxa"/>
      <w:jc w:val="center"/>
      <w:tblBorders>
        <w:top w:val="single" w:sz="10" w:space="0" w:color="00843D"/>
        <w:left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8136"/>
      <w:gridCol w:w="1944"/>
    </w:tblGrid>
    <w:tr w:rsidR="002010A3" w14:paraId="5A9CC404" w14:textId="77777777">
      <w:trPr>
        <w:jc w:val="center"/>
      </w:trPr>
      <w:tc>
        <w:tcPr>
          <w:tcW w:w="8136" w:type="dxa"/>
          <w:tcMar>
            <w:top w:w="90" w:type="dxa"/>
            <w:left w:w="0" w:type="dxa"/>
            <w:bottom w:w="0" w:type="dxa"/>
            <w:right w:w="120" w:type="dxa"/>
          </w:tcMar>
          <w:vAlign w:val="center"/>
        </w:tcPr>
        <w:p w14:paraId="77E62430" w14:textId="3EFB1DE8" w:rsidR="002010A3" w:rsidRDefault="00000000">
          <w:pPr>
            <w:spacing w:after="0"/>
          </w:pPr>
          <w:r>
            <w:rPr>
              <w:rFonts w:eastAsia="Arial"/>
              <w:b/>
              <w:color w:val="00843D"/>
              <w:sz w:val="14"/>
            </w:rPr>
            <w:t xml:space="preserve">Vía Boconó entre el </w:t>
          </w:r>
          <w:r w:rsidR="00CE2DFB">
            <w:rPr>
              <w:rFonts w:eastAsia="Arial"/>
              <w:b/>
              <w:color w:val="00843D"/>
              <w:sz w:val="14"/>
            </w:rPr>
            <w:t>Anillo</w:t>
          </w:r>
          <w:r>
            <w:rPr>
              <w:rFonts w:eastAsia="Arial"/>
              <w:b/>
              <w:color w:val="00843D"/>
              <w:sz w:val="14"/>
            </w:rPr>
            <w:t xml:space="preserve"> vial y la Autopista a San Antonio del Táchira, Villa del Rosario</w:t>
          </w:r>
          <w:r>
            <w:rPr>
              <w:rFonts w:eastAsia="Arial"/>
              <w:b/>
              <w:color w:val="00843D"/>
              <w:sz w:val="14"/>
            </w:rPr>
            <w:br/>
          </w:r>
          <w:r w:rsidR="00851942">
            <w:rPr>
              <w:rFonts w:eastAsia="Arial"/>
              <w:color w:val="00843D"/>
              <w:sz w:val="14"/>
            </w:rPr>
            <w:t xml:space="preserve">Tel: </w:t>
          </w:r>
          <w:r>
            <w:rPr>
              <w:rFonts w:eastAsia="Arial"/>
              <w:color w:val="00843D"/>
              <w:sz w:val="14"/>
            </w:rPr>
            <w:t xml:space="preserve">317 505 1492 </w:t>
          </w:r>
          <w:r w:rsidR="00851942">
            <w:rPr>
              <w:rFonts w:eastAsia="Arial"/>
              <w:color w:val="00843D"/>
              <w:sz w:val="14"/>
            </w:rPr>
            <w:t xml:space="preserve"> </w:t>
          </w:r>
          <w:r>
            <w:rPr>
              <w:rFonts w:eastAsia="Arial"/>
              <w:color w:val="00843D"/>
              <w:sz w:val="14"/>
            </w:rPr>
            <w:t>·  info@gimnasiolosalmendros.edu.co</w:t>
          </w:r>
          <w:r>
            <w:rPr>
              <w:rFonts w:eastAsia="Arial"/>
              <w:color w:val="00843D"/>
              <w:sz w:val="14"/>
            </w:rPr>
            <w:br/>
            <w:t>www.gimnasiolosalmendros.edu.co</w:t>
          </w:r>
        </w:p>
      </w:tc>
      <w:tc>
        <w:tcPr>
          <w:tcW w:w="1944" w:type="dxa"/>
          <w:tcMar>
            <w:top w:w="70" w:type="dxa"/>
            <w:left w:w="120" w:type="dxa"/>
            <w:bottom w:w="0" w:type="dxa"/>
            <w:right w:w="0" w:type="dxa"/>
          </w:tcMar>
          <w:vAlign w:val="center"/>
        </w:tcPr>
        <w:p w14:paraId="53075034" w14:textId="77777777" w:rsidR="002010A3" w:rsidRDefault="00000000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7E618CF7" wp14:editId="7374B356">
                <wp:extent cx="868680" cy="602626"/>
                <wp:effectExtent l="0" t="0" r="1905" b="635"/>
                <wp:docPr id="25072204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22042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0" cy="602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2F2B50" w14:textId="77777777" w:rsidR="009719B2" w:rsidRDefault="009719B2">
      <w:pPr>
        <w:spacing w:after="0" w:line="240" w:lineRule="auto"/>
      </w:pPr>
      <w:r>
        <w:separator/>
      </w:r>
    </w:p>
  </w:footnote>
  <w:footnote w:type="continuationSeparator" w:id="0">
    <w:p w14:paraId="5B2229A9" w14:textId="77777777" w:rsidR="009719B2" w:rsidRDefault="0097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69F5AE" w14:textId="77777777" w:rsidR="002010A3" w:rsidRDefault="00000000">
    <w:pPr>
      <w:pBdr>
        <w:bottom w:val="single" w:sz="6" w:space="1" w:color="00843D"/>
      </w:pBdr>
      <w:spacing w:after="40"/>
    </w:pPr>
    <w:r>
      <w:rPr>
        <w:noProof/>
      </w:rPr>
      <w:drawing>
        <wp:inline distT="0" distB="0" distL="0" distR="0" wp14:anchorId="635FC49D" wp14:editId="6C06B7A3">
          <wp:extent cx="1691640" cy="462481"/>
          <wp:effectExtent l="0" t="0" r="0" b="0"/>
          <wp:docPr id="1514977331" name="Picture 1" descr="Logo institucional del Gimnasio Los Almendros" title="Gimnasio Los Almendr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462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099" w:type="dxa"/>
      <w:jc w:val="center"/>
      <w:tblBorders>
        <w:top w:val="nil"/>
        <w:left w:val="nil"/>
        <w:bottom w:val="single" w:sz="10" w:space="0" w:color="00843D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6492"/>
      <w:gridCol w:w="3607"/>
    </w:tblGrid>
    <w:tr w:rsidR="002010A3" w:rsidRPr="005605EF" w14:paraId="5A24C1FE" w14:textId="77777777" w:rsidTr="005605EF">
      <w:trPr>
        <w:trHeight w:val="1354"/>
        <w:jc w:val="center"/>
      </w:trPr>
      <w:tc>
        <w:tcPr>
          <w:tcW w:w="6492" w:type="dxa"/>
          <w:tcMar>
            <w:top w:w="0" w:type="dxa"/>
            <w:left w:w="0" w:type="dxa"/>
            <w:bottom w:w="110" w:type="dxa"/>
            <w:right w:w="100" w:type="dxa"/>
          </w:tcMar>
          <w:vAlign w:val="center"/>
        </w:tcPr>
        <w:p w14:paraId="6F4D8A13" w14:textId="01639E21" w:rsidR="002010A3" w:rsidRPr="005605EF" w:rsidRDefault="002010A3">
          <w:pPr>
            <w:spacing w:after="0"/>
            <w:rPr>
              <w:color w:val="FFFFFF" w:themeColor="background1"/>
              <w14:textFill>
                <w14:noFill/>
              </w14:textFill>
            </w:rPr>
          </w:pPr>
        </w:p>
        <w:p w14:paraId="6E6BE6E0" w14:textId="2A9E5209" w:rsidR="002A65ED" w:rsidRPr="005605EF" w:rsidRDefault="002A65ED">
          <w:pPr>
            <w:spacing w:after="0"/>
            <w:rPr>
              <w:color w:val="FFFFFF" w:themeColor="background1"/>
              <w14:textFill>
                <w14:noFill/>
              </w14:textFill>
            </w:rPr>
          </w:pPr>
          <w:r w:rsidRPr="005605EF">
            <w:rPr>
              <w:noProof/>
              <w:color w:val="FFFFFF" w:themeColor="background1"/>
              <w14:textFill>
                <w14:noFill/>
              </w14:textFill>
            </w:rPr>
            <w:drawing>
              <wp:inline distT="0" distB="0" distL="0" distR="0" wp14:anchorId="4460FE8C" wp14:editId="0B4D14AB">
                <wp:extent cx="2117958" cy="654968"/>
                <wp:effectExtent l="0" t="0" r="3175" b="5715"/>
                <wp:docPr id="7305270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0527016" name="Picture 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958" cy="654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7" w:type="dxa"/>
          <w:tcMar>
            <w:top w:w="0" w:type="dxa"/>
            <w:left w:w="100" w:type="dxa"/>
            <w:bottom w:w="110" w:type="dxa"/>
            <w:right w:w="0" w:type="dxa"/>
          </w:tcMar>
          <w:vAlign w:val="center"/>
        </w:tcPr>
        <w:p w14:paraId="3C851FE1" w14:textId="16BDEF53" w:rsidR="002010A3" w:rsidRPr="005605EF" w:rsidRDefault="00851942">
          <w:pPr>
            <w:spacing w:after="0"/>
            <w:jc w:val="right"/>
            <w:rPr>
              <w:color w:val="FFFFFF" w:themeColor="background1"/>
              <w14:textFill>
                <w14:noFill/>
              </w14:textFill>
            </w:rPr>
          </w:pPr>
          <w:r w:rsidRPr="005605EF">
            <w:rPr>
              <w:noProof/>
              <w:color w:val="FFFFFF" w:themeColor="background1"/>
              <w14:textFill>
                <w14:noFill/>
              </w14:textFill>
            </w:rPr>
            <w:drawing>
              <wp:anchor distT="0" distB="0" distL="114300" distR="114300" simplePos="0" relativeHeight="251658240" behindDoc="0" locked="0" layoutInCell="1" allowOverlap="1" wp14:anchorId="458E820F" wp14:editId="34CB03DD">
                <wp:simplePos x="0" y="0"/>
                <wp:positionH relativeFrom="column">
                  <wp:posOffset>1068070</wp:posOffset>
                </wp:positionH>
                <wp:positionV relativeFrom="paragraph">
                  <wp:posOffset>198755</wp:posOffset>
                </wp:positionV>
                <wp:extent cx="1152525" cy="538480"/>
                <wp:effectExtent l="0" t="0" r="3175" b="0"/>
                <wp:wrapNone/>
                <wp:docPr id="120669197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6691979" name="Picture 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3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0163B"/>
    <w:multiLevelType w:val="multilevel"/>
    <w:tmpl w:val="0A6E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CD07F3"/>
    <w:multiLevelType w:val="multilevel"/>
    <w:tmpl w:val="3616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653645"/>
    <w:multiLevelType w:val="multilevel"/>
    <w:tmpl w:val="877C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76F6C"/>
    <w:multiLevelType w:val="multilevel"/>
    <w:tmpl w:val="AE88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563A6"/>
    <w:multiLevelType w:val="multilevel"/>
    <w:tmpl w:val="4F5E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1">
    <w:nsid w:val="5E5D72F1"/>
    <w:multiLevelType w:val="hybridMultilevel"/>
    <w:tmpl w:val="9DAC4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52580"/>
    <w:multiLevelType w:val="hybridMultilevel"/>
    <w:tmpl w:val="4E2A2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130263">
    <w:abstractNumId w:val="8"/>
  </w:num>
  <w:num w:numId="2" w16cid:durableId="1154952685">
    <w:abstractNumId w:val="6"/>
  </w:num>
  <w:num w:numId="3" w16cid:durableId="1449085063">
    <w:abstractNumId w:val="5"/>
  </w:num>
  <w:num w:numId="4" w16cid:durableId="1518882433">
    <w:abstractNumId w:val="4"/>
  </w:num>
  <w:num w:numId="5" w16cid:durableId="862866968">
    <w:abstractNumId w:val="7"/>
  </w:num>
  <w:num w:numId="6" w16cid:durableId="939530017">
    <w:abstractNumId w:val="3"/>
  </w:num>
  <w:num w:numId="7" w16cid:durableId="1260143061">
    <w:abstractNumId w:val="2"/>
  </w:num>
  <w:num w:numId="8" w16cid:durableId="1739593117">
    <w:abstractNumId w:val="1"/>
  </w:num>
  <w:num w:numId="9" w16cid:durableId="2006853809">
    <w:abstractNumId w:val="0"/>
  </w:num>
  <w:num w:numId="10" w16cid:durableId="61560267">
    <w:abstractNumId w:val="14"/>
  </w:num>
  <w:num w:numId="11" w16cid:durableId="615521569">
    <w:abstractNumId w:val="13"/>
  </w:num>
  <w:num w:numId="12" w16cid:durableId="1937664330">
    <w:abstractNumId w:val="12"/>
  </w:num>
  <w:num w:numId="13" w16cid:durableId="964190398">
    <w:abstractNumId w:val="10"/>
  </w:num>
  <w:num w:numId="14" w16cid:durableId="781731020">
    <w:abstractNumId w:val="11"/>
  </w:num>
  <w:num w:numId="15" w16cid:durableId="167256249">
    <w:abstractNumId w:val="9"/>
  </w:num>
  <w:num w:numId="16" w16cid:durableId="1609117239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057"/>
    <w:rsid w:val="00034616"/>
    <w:rsid w:val="0006063C"/>
    <w:rsid w:val="000666D8"/>
    <w:rsid w:val="000920A0"/>
    <w:rsid w:val="000E6CF6"/>
    <w:rsid w:val="0015074B"/>
    <w:rsid w:val="00193175"/>
    <w:rsid w:val="002010A3"/>
    <w:rsid w:val="00276BE7"/>
    <w:rsid w:val="00283E3F"/>
    <w:rsid w:val="0029639D"/>
    <w:rsid w:val="002A65ED"/>
    <w:rsid w:val="002F4CAB"/>
    <w:rsid w:val="00326F90"/>
    <w:rsid w:val="003656FD"/>
    <w:rsid w:val="003A0A61"/>
    <w:rsid w:val="003C1CB5"/>
    <w:rsid w:val="00427BC9"/>
    <w:rsid w:val="004E1364"/>
    <w:rsid w:val="005209B9"/>
    <w:rsid w:val="00532431"/>
    <w:rsid w:val="005605EF"/>
    <w:rsid w:val="005677EA"/>
    <w:rsid w:val="00675935"/>
    <w:rsid w:val="006D684C"/>
    <w:rsid w:val="0084213B"/>
    <w:rsid w:val="00851942"/>
    <w:rsid w:val="008C0ECC"/>
    <w:rsid w:val="008E4FFF"/>
    <w:rsid w:val="009719B2"/>
    <w:rsid w:val="009911D9"/>
    <w:rsid w:val="00A102DC"/>
    <w:rsid w:val="00A54B2F"/>
    <w:rsid w:val="00AA1D8D"/>
    <w:rsid w:val="00AB20D9"/>
    <w:rsid w:val="00AC77F9"/>
    <w:rsid w:val="00B47730"/>
    <w:rsid w:val="00B92A47"/>
    <w:rsid w:val="00BC6C59"/>
    <w:rsid w:val="00BD5841"/>
    <w:rsid w:val="00CB0664"/>
    <w:rsid w:val="00CB34BE"/>
    <w:rsid w:val="00CC7303"/>
    <w:rsid w:val="00CE2DFB"/>
    <w:rsid w:val="00CF7E1A"/>
    <w:rsid w:val="00D57EE3"/>
    <w:rsid w:val="00D8722C"/>
    <w:rsid w:val="00DD618D"/>
    <w:rsid w:val="00DF03EF"/>
    <w:rsid w:val="00DF2C05"/>
    <w:rsid w:val="00E072F4"/>
    <w:rsid w:val="00E10D4B"/>
    <w:rsid w:val="00E7010B"/>
    <w:rsid w:val="00EA580C"/>
    <w:rsid w:val="00ED5925"/>
    <w:rsid w:val="00F17116"/>
    <w:rsid w:val="00FC3A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0EC76F"/>
  <w14:defaultImageDpi w14:val="300"/>
  <w15:docId w15:val="{D4D066E0-1023-ED4C-A99C-FEC131D3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843D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455A3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843D"/>
      <w:spacing w:val="5"/>
      <w:kern w:val="28"/>
      <w:sz w:val="2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C77F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B11826-250D-4CB0-A2C4-A7AEEFFD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218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institucional GLA</vt:lpstr>
      <vt:lpstr/>
    </vt:vector>
  </TitlesOfParts>
  <Manager/>
  <Company/>
  <LinksUpToDate>false</LinksUpToDate>
  <CharactersWithSpaces>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institucional GLA</dc:title>
  <dc:subject>Membrete maestro para cartas, circulares y comunicados</dc:subject>
  <dc:creator>Gimnasio Los Almendros</dc:creator>
  <cp:keywords>GLA, membrete, carta, circular, comunicado</cp:keywords>
  <dc:description>Contenido conservado desde Membrete GLA.docx. Diseño actualizado como carta membretada.</dc:description>
  <cp:lastModifiedBy>Rodrigo Vanegas</cp:lastModifiedBy>
  <cp:revision>3</cp:revision>
  <cp:lastPrinted>2026-07-28T18:29:00Z</cp:lastPrinted>
  <dcterms:created xsi:type="dcterms:W3CDTF">2026-07-29T18:28:00Z</dcterms:created>
  <dcterms:modified xsi:type="dcterms:W3CDTF">2026-07-29T19:14:00Z</dcterms:modified>
  <cp:category/>
</cp:coreProperties>
</file>